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הקבוע של מעגלי הפתיחה והסיכום השבועיים ואת תפקיד כל מרכיב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ערך שבועי נתון ולקשר אותו לדוגמה מהסיפור או מהחיים האישיים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לוח השנה העברי, פרשת השבוע והערך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של רפלקציה אישית: מעקב רגשי, הצבת מטרה ובדיקתה, 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 פתיחה של יום ראשון – זיהוי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 מצב רוח אנונימי באימוג׳ים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לפתוח את השיח בצורה מעניינת ומשוחררת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 פתיחה של יום ראשון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תלמידים יכולים לשתף את הרגשתם בלי לחשוף את זהותם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מעגל הפתיחה מתקיים ביום ראשון, ומעגל הסיכום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 פתיחה של יום ראשון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 פתיחה של יום ראשון – התאמת מרכיבים לתפקידם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(שיתוף רגשי אנונימי בתחילת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(נושא מרכזי לשיח ולסיפור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(רגיעה והתארגנות לפני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(הגדרת יעד אישי לשבוע הקרוב)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ערכי השבוע ושיח עליהם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ערך השבוע וסיפור קצר עם 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היכרות ושייכות וסבלנות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לעודד שיח כיתתי על הערך דרך דוגמה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בודקים אם המטרה שנקבעה לפי הערך הושגה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ערכי השבוע ושיח עליהם – התאמת ערכים לתיאורם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(היכולת להתמודד עם קושי זמני ולהמתין בלי לאבד את הסבלנות)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(דאגה למשימה או להתחייבות אישית עד סופה)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(יחס הוגן ומכבד כלפי הזולת, גם כשיש חילוקי 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(קשרים ותמיכה הדדית בין בני אדם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(שימת לב ומודעות לדברים טובים שיש לנו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(תחושת קבלה והיכרות עם אחרים בקבוצה או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ערכי השבוע ושיח עליהם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סיטואציה אמינה הקשורה לערך שנבחר, עם דוגמה קונקרטית מחיי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הקשורה לערך, עם נימוק קצר להצעה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התייחסות לכך שסיפור ממחיש את הערך דרך דמות ומצב מוחשי ומאפשר הזדהות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מטרה ברורה ומדידה הקשורה לערך, עם דרך בדיקה הגיונית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מעגל סיכום ונפרדים ביום שישי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רגעים טובים מהשבוע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כרטיס המטרה שנקבע בתחילת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רגע של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מעגל סיכום ונפרדים ביום שישי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רכיבים מרכזיים במעגל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אפשרות נוספת הקיימת במסלול הממלכתי־דתי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מעגל סיכום ונפרדים ביום שישי – חיבור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מעגל סיכום ונפרדים ביום שישי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(שיתוף בחוויה חיובית שקרתה במהלך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(בחינה האם המטרה שנקבעה בתחילת השבוע הושגה)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(הבעת הכרת תודה כלפי אחרים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(סיכום אישי של למידה מהשבוע שעבר)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(סיום רגוע ושקט של המעגל)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זמן יהודי: פרשת שבוע ולוח השנה העברי – היכרות עם המבנה והנתונים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רגע של פרשת השבוע ו'מילים מהפרשה לחיים'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סיגד וראש חודש כסליו, מדליקים אור, חנוכה וחג הבנות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זמן יהודי: פרשת שבוע ולוח השנה העברי – התאמת ערך לפרשת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(נצבים–וילך)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(האזינו)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(לך 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(וירא)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זמן יהודי: פרשת שבוע ולוח השנה העברי – חשיבה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המתין זמן רב לבניית התיבה ולירידת המים ולהתייבשות הארץ, מה שממחיש התמדה והמתנה לאורך זמן ארוך.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בחגים קוראים בתורה קריאות מיוחדות הקשורות לחג עצמו, ולכן אין המשך לרצף הפרשות השבועי הרגיל באותו שבוע.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יש לציין שהפרשה מספקת דוגמה או סיפור מהמקורות התומך בערך, ובכך מחברת בין הלמידה הערכית לבין המסורת והטקסט היהודי.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אישית: מצב רוח, מטרות ונשימה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אנונימי,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מעגל הפתיחה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מעגל הסיכום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אישית: מצב רוח, מטרות ונשימה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מעגל הסיכום כולל שלב של בדיקת המטרה שנקבעה בתחילת השבוע.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דקת הנשימה והתנועה מופיעה במעגל הפתיחה של יום ראשון.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אישית: מצב רוח, מטרות ונשימה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 הרוח (ההרגשה)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רפלקציה אישית: מצב רוח, מטרות ונשימה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אנונימי של הרגשה)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(יעד אישי לשבוע)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(תרגול גוף ונשימה)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(הערכה הדדית בין 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לשתף באופן אנונימי איך 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סבב תודה וחשיבה על רגעים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ערך מרכזי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רגע של 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לעזור להתרכז ולהירגע לפני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המטרה נקבעת בפתיחה ונבדקת שוב בסיכום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כדי לחבר בין רעיון משותף לכיתה לבין החוויה האישית של כל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שהפתיחה מציגה ערך ומטרה לשבוע, והסיכום חוזר לבדוק את המטרה ואת הערך דרך שיח ורגעים טובים, כך נוצר מעגל שלם של תכנון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תציג דוגמה קונקרטית לשיח או פעולה בפתיחה ודוגמה לבדיקה או שיתוף באותו ערך בסיכום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טובה תסביר שהרגע האישי מאפשר הקשבה פנימית בעוד הרכיב הקבוצתי מחזק שייכות ותקשורת בין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תבחין בין פתיחה המכוונת קדימה (תכנון, מטרה) לסיכום המביט אחורה (הערכה, תודה)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תקשר בין אירוע או דמות בסיפור לבין המסר הערכי המרכזי בלי ציטוט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תציג חיבור אמיתי ומנומק בין הכלי לבין מצב חיים קונקרטי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לפי שבועות הלימוד - פרק אחד או שניים בכל שבוע, במקביל למעגל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לצמצם את מספר שאלות השיח הפתוחות ולהתמקד בזיהוי ערך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ערכים שונים שנלמדו במהלך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כתיבה אישית חופשית בסוף כל פרק כדי לחזק את הרפלקציה מעבר לתשובות הסגורות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מבנה המעגלים השבועיים – מהפתיחה ביום ראשון ועד הפרידה ביום שישי. בכל פרק תעבדו על מרכיב אחר: ערך השבוע, הסיפור הנלווה, הקשר ללוח העברי והרפלקציה האישית. ענו בעצמכם לפני שבודקים מול הכיתה.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 פתיחה של יום ראשון – זיהוי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כולל מעגל הפתיחה ביום ראשון מלבד ברכה ותאריך?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 מצב רוח אנונימי באימוג׳ים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ידע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שעות שבועית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החידה במעגל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השיח בצורה מעניינת ומשוחררת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ידע לקראת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ערך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השבוע שהיה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 פתיחה של יום ראשון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במעגל הפתיחה הוא אנונימי.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מתקיים בכל יום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 פתיחה של יום ראשון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 "מה מחכה לנו ה__________" מאפשר לתכנן יחד את ימי השבוע הקרובים.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 פתיחה של יום ראשון – התאמת מרכיבים לתפקידם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מרכזי לשיח ולסיפור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ערך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רגיעה והתארגנות לפני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הגדרת יעד אישי לשבוע הקרוב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רגשי אנונימי בתחילת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ערכי השבוע ושיח עליהם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כולל השקף של ערך השבוע במעגל הפתיחה ביום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השבוע וסיפור קצר עם שאלות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שיעורי בית לכל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בעל פה על חומר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ציונים של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מתקיים מעגל הפתיחה שבו מוצג ערך השבוע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זוג ערכים שהופיע ברצף השבועות שנסקרו?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היכרות ושייכות וסבלנות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 ואנגלית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 וגיאוגרפיה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ותזונה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העיקרית של שאלות הדיון שמלוות את הסיפור הקצר?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לעודד שיח כיתתי על הערך דרך דוגמה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לגמרי את שיעורי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שליטה בכללי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חישובים מתמטיים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במעגל הסיכום ביום שישי ביחס לערך שהוצג בתחילת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אם המטרה שנקבעה לפי הערך הושגה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לומדים ערך חדש לגמרי שלא קשור לקודם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מבטלים את הערך של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עוברים ללמוד מקצוע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ערכי השבוע ושיח עליהם – התאמת ערכים לתיאורם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ערך: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תחושת קבלה והיכרות עם אחרים בקבוצה או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ערך: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שימת לב ומודעות לדברים טובים שיש לנו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ערך: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היכולת להתמודד עם קושי זמני ולהמתין בלי לאבד את הסבלנות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ערך: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דאגה למשימה או להתחייבות אישית עד סופה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ערך: תודה והכרת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קשרים ותמיכה הדדית בין בני אדם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ערך: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יחס הוגן ומכבד כלפי הזולת, גם כשיש חילוקי דעות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ערכי השבוע ושיח עליהם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שבועי אחד (לדוגמה: אחריות) ותארו בקצרה סיטואציה מחיי תלמידים שמבטאת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דיון אחת שהייתם מציעים להוסיף לשיח על הערך שבחרתם, ונמקו מדוע היא מעניינת.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כיצד סיפור קצר יכול לעזור להבין ערך מופשט כמו אחריות או סבלנות טוב יותר מהגדרה יבשה.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הציעו מטרה אישית אחת הקשורה לערך השבוע שבחרתם, ותארו איך תבדקו בסוף השבוע אם השגתם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מעגל סיכום ונפרדים ביום שישי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מתקיים מעגל הסיכום ונפרדים משבוע?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הרכיב הראשון במעגל הסיכום של יום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רגעים טובים מהשבוע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תכנון השבוע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ברכה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 שבועית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במעגל הסיכום ביחס לתחילת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מד מצב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כרטיס המטרה שנקבע בתחילת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התאריך העברי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הפרשה השבועית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הרכיב האחרון במעגל הסיכום לפני הסיום?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תכנון 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מעגל סיכום ונפרדים ביום שישי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הסיכום כולל סבב תודה ושרשרת מחמאות בין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ספר ממלכתי־דתי אפשר להוסיף למעגל הסיכום קבלת שבת עם נרות וברכה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מעגל סיכום ונפרדים ביום שישי – חיבור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בשרשרת ה__________ התלמידים אומרים זה לזה מילה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מעגל הסיכום משתפים __________ טובים שקרו במהלך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מעגל סיכום ונפרדים ביום שישי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רגעים טובים מהשבוע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הכרת תודה כלפי אחרים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בדיקת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סיכום אישי של למידה מהשבוע שעבר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סיום רגוע ושקט של המעגל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בחינה האם המטרה שנקבעה בתחילת השבוע הושגה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שיתוף בחוויה חיובית שקרתה במהלך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זמן יהודי: פרשת שבוע ולוח השנה העברי – היכרות עם המבנה והנתונים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בשבוע מתקיים מעגל הפתיחה הכולל התייחסות לפרשת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מופיע במצגת הפתיחה של ממלכתי־דתי בנוסף לערך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פרשת השבוע ו'מילים מהפרשה לחיים'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על הפרשה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תלמוד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הצגת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ערכים שבועיים מלווים את מצגות השנה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שלושה שבועות מיוחדים נוספים מופיעים מעבר לערכים השנתיים?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סיגד וראש חודש כסליו, מדליקים אור, חנוכה וחג הבנות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פסח, שבועות וסוכות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ל"ג בעומר, טו בשבט ופורים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העצמאות, יום הזיכרון ויום 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זמן יהודי: פרשת שבוע ולוח השנה העברי – התאמת ערך לפרשת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לך 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סליחה ופיוס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וירא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האזינו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נצבים–וילך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זמן יהודי: פרשת שבוע ולוח השנה העברי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עד שלוש משפטים כיצד סיפור פרשת נח יכול לקשר לערך השבועי 'סבלנות'.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בשבועות של חגים כמו ראש השנה ויום כיפור אין פרשת שבוע רגילה המופיעה בטבלה?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הקשר בין ערך השבוע לפרשה המקבילה יכול לתרום להבנה עמוקה יותר של הערך הנלמד.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רפלקציה אישית: מצב רוח, מטרות ונשימה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 מצב הרוח במעגל הפתיחה של יום ראשון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אנונימי,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שם התלמיד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מספרי שמוצג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שאלון ארוך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כרטיס המטרה האישית נקבע באיזה מעגל?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מעגל הפתיחה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 הסיכום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"מה למדתי" מופיע כחלק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 הסיכום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רפלקציה אישית: מצב רוח, מטרות ונשימה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המטרה שנקבעה בתחילת השבוע מתבצעת במעגל הסיכום ביום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דקת הנשימה והתנועה מופיעה רק במעגל הסיכום של 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רפלקציה אישית: מצב רוח, מטרות ונשימה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 מצב הרוח נועד לאפשר לתלמידים לשתף את __________ שלהם בלי לחשוף את זהותם.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במעגל הסיכום, לפני סבב התודה, בודקים אם הושגה ה__________ שנקבעה בתחילת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רפלקציה אישית: מצב רוח, מטרות ונשימה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תרגול גוף ונשימה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אנונימי של הרגשה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הערכה הדדית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יעד אישי לשבוע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מתקיים מעגל הפתיחה השבועי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 מד מצב הרוח בפתיחת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באופן אנונימי איך מרגישים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להחליט על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תפקיד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כולל מעגל הסיכום ביום שישי שאינו קיים במעגל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ערך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סבב תודה וחשיבה על רגעים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תכנון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כל שבוע בלוח השנה מלווה גם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ערך מרכזי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בממלכתי־דתי, מה מתווסף למעגל הפתיחה לעומת המסלול הממלכתי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רגע של פרשת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 מצב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תפקידה של דקת הנשימה והתנועה במעגל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זמן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להתרכז ולהירגע לפני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שיעור החינוך הגופני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השבוע שעבר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כיצד קשורים כרטיס המטרה שנקבע ביום ראשון והבדיקה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המטרה נקבעת בפתיחה ונבדקת שוב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המטרה נקבעת רק בסיכום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המטרה מוחלפת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מדוע חשוב לשלב גם ערך שבועי וגם רפלקציה אישית במעגלים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להעביר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לחבר בין רעיון משותף לכיתה לבין החוויה האישית של 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להחליף 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מעגל הפתיחה ומעגל הסיכום משלימים זה את זה לאורך השבוע, והתייחסו גם לערך השבועי וגם למטרה האישית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שבועי אחד (לדוגמה סבלנות, אחריות או חברות) והסבירו איך אפשר לבטא אותו הן במעגל הפתיחה והן במעגל הסיכום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החשיבות של שילוב רגע אישי (כמו נשימה או מד מצב רוח) לצד רכיב קבוצתי (כמו סבב תודה) במעגלי 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מה ההבדל בין מטרת מעגל הפתיחה למטרת מעגל הסיכום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ערך שבועי אחד והסבירו איך הוא בא לידי ביטוי בסיפור הנלווה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אישית לשימוש בכלי אחד מהחוברת (מד מצב רוח, כרטיס מטרה או סבב תודה) בחיי היומיום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