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🌅 פותחים שבוע · נפרדים משבוע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שבוע · נפרדים משבוע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הקבוע של מעגלי הפתיחה והסיכום השבועיים ואת תפקיד כל מרכיב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ערך שבועי נתון ולקשר אותו לדוגמה מהסיפור או מהחיים האישיים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הקשר בין לוח השנה העברי, פרשת השבוע והערך הנלמד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כלים של רפלקציה אישית: מעקב רגשי, הצבת מטרה ובדיקתה, הכרת 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מעגל פתיחה של יום ראשון – זיהוי המרכיבים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מד מצב רוח אנונימי באימוג׳ים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לפתוח את השיח בצורה מעניינת ומשוחררת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מעגל פתיחה של יום ראשון – עובדות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תלמידים יכולים לשתף את הרגשתם בלי לחשוף את זהותם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מעגל הפתיחה מתקיים ביום ראשון, ומעגל הסיכום ביום שישי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מעגל פתיחה של יום ראשון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מעגל פתיחה של יום ראשון – התאמת מרכיבים לתפקידם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(שיתוף רגשי אנונימי בתחילת השבוע)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(נושא מרכזי לשיח ולסיפור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(רגיעה והתארגנות לפני הלימודים)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(הגדרת יעד אישי לשבוע הקרוב)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ערכי השבוע ושיח עליהם – היכרות עם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ערך השבוע וסיפור קצר עם שאלות לשיח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ביום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היכרות ושייכות וסבלנות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ערכי השבוע ושיח עליהם – התאמת ערכים לתיאורם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(היכולת להתמודד עם קושי זמני ולהמתין בלי לאבד את הסבלנות)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(דאגה למשימה או להתחייבות אישית עד סופה)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(יחס הוגן ומכבד כלפי הזולת, גם כשיש חילוקי דעות)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(קשרים ותמיכה הדדית בין בני אדם לאורך זמן)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ערכי השבוע ושיח עליהם – ניתוח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סיטואציה אמינה הקשורה לערך שנבחר, עם דוגמה קונקרטית מחיי היומיום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מעגל סיכום ונפרדים ביום שישי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יום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רגעים טובים מהשבוע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את כרטיס המטרה שנקבע בתחילת השבוע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מעגל סיכום ונפרדים ביום שישי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שני רכיבים מרכזיים במעגל הסיכום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אפשרות נוספת הקיימת במסלול הממלכתי־דתי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מעגל סיכום ונפרדים ביום שישי – חיבור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רגעים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מעגל סיכום ונפרדים ביום שישי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(שיתוף בחוויה חיובית שקרתה במהלך השבוע)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(בחינה האם המטרה שנקבעה בתחילת השבוע הושגה)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(הבעת הכרת תודה כלפי אחרים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(סיכום אישי של למידה מהשבוע שעבר)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זמן יהודי: פרשת שבוע ולוח השנה העברי – היכרות עם המבנה והנתונים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יום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רגע של פרשת השבוע ו'מילים מהפרשה לחיים'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40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זמן יהודי: פרשת שבוע ולוח השנה העברי – התאמת ערך לפרשת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(נצבים–וילך)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(בראשית)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(לך לך)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(וירא)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זמן יהודי: פרשת שבוע ולוח השנה העברי – חשיבה והעמקה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רפלקציה אישית: מצב רוח, מטרות ונשימה – היכרות עם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אנונימי, באימוג'ים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מעגל הפתיחה ביום 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רפלקציה אישית: מצב רוח, מטרות ונשימה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מעגל הסיכום כולל שלב של בדיקת המטרה שנקבעה בתחילת השבוע.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דקת הנשימה והתנועה מופיעה במעגל הפתיחה של יום ראשון.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רפלקציה אישית: מצב רוח, מטרות ונשימה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מצב הרוח (ההרגשה)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רפלקציה אישית: מצב רוח, מטרות ונשימה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(שיתוף אנונימי של הרגשה)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(יעד אישי לשבוע)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(תרגול גוף ונשימה)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(הערכה הדדית בין תלמידים)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סגורות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ביום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לשתף באופן אנונימי איך מרגישים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סבב תודה וחשיבה על רגעים טובים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תזכיר שהפתיחה מציגה ערך ומטרה לשבוע, והסיכום חוזר לבדוק את המטרה ואת הערך דרך שיח ורגעים טובים, כך נוצר מעגל שלם של תכנון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תציג דוגמה קונקרטית לשיח או פעולה בפתיחה ודוגמה לבדיקה או שיתוף באותו ערך בסיכום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תבחין בין פתיחה המכוונת קדימה (תכנון, מטרה) לסיכום המביט אחורה (הערכה, תודה)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תקשר בין אירוע או דמות בסיפור לבין המסר הערכי המרכזי בלי ציטוט ארוך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תציג חיבור אמיתי ומנומק בין הכלי לבין מצב חיים קונקרטי של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לפי שבועות הלימוד - פרק אחד או שניים בכל שבוע, במקביל למעגל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לצמצם את מספר שאלות השיח הפתוחות ולהתמקד בזיהוי ערך אחד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השוואתי בין ערכים שונים שנלמדו במהלך החודש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כתיבה אישית חופשית בסוף כל פרק כדי לחזק את הרפלקציה מעבר לתשובות הסגורות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🌅 פותחים שבוע · נפרדים משבוע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שבוע · נפרדים משבוע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תתרגלו את מבנה המעגלים השבועיים – מהפתיחה ביום ראשון ועד הפרידה ביום שישי. בכל פרק תעבדו על מרכיב אחר: ערך השבוע, הסיפור הנלווה, הקשר ללוח העברי והרפלקציה האישית. ענו בעצמכם לפני שבודקים מול הכיתה.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מטרה  ·  שבוע  ·  מצב הרוח (ההרגשה)  ·  רגעים  ·  מחמאות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מעגל פתיחה של יום ראשון – זיהוי המרכיבים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כולל מעגל הפתיחה ביום ראשון מלבד ברכה ותאריך?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מד מצב רוח אנונימי באימוג׳ים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מבחן ידע בחשבון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בדיקת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תפקידה של החידה במעגל הפתיחה?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לפתוח את השיח בצורה מעניינת ומשוחררת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לבדוק ידע לקראת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להחליף את ערך השבוע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מעגל פתיחה של יום ראשון – עובדות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 מצב הרוח במעגל הפתיחה הוא אנונימי.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מעגל הפתיחה מתקיים בכל יום בשבוע.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מעגל פתיחה של יום ראשון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הלוח "מה מחכה לנו ה__________" מאפשר לתכנן יחד את ימי השבוע הקרובים.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מעגל פתיחה של יום ראשון – התאמת מרכיבים לתפקידם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מד מצב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הגדרת יעד אישי לשבוע הקרוב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ערך השבוע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שיתוף רגשי אנונימי בתחילת השבוע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דקת נשימה ותנועה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נושא מרכזי לשיח ולסיפור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כרטיס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רגיעה והתארגנות לפני הלימודים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ערכי השבוע ושיח עליהם – היכרות עם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כולל השקף של ערך השבוע במעגל הפתיחה ביום 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ערך השבוע וסיפור קצר עם שאלות לשיח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רשימת שיעורי בית לכל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מבחן בעל פה על חומר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מתקיים מעגל הפתיחה שבו מוצג ערך השבוע החדש?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באמצע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מהבאים הוא זוג ערכים שהופיע ברצף השבועות שנסקרו?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היכרות ושייכות וסבלנות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מתמטיקה ואנגלית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היסטוריה וגיאוגרפיה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ערכי השבוע ושיח עליהם – התאמת ערכים לתיאורם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ערך: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קשרים ותמיכה הדדית בין בני אדם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ערך: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יחס הוגן ומכבד כלפי הזולת, גם כשיש חילוקי דעות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ערך: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היכולת להתמודד עם קושי זמני ולהמתין בלי לאבד את הסבלנות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ערך: חברות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דאגה למשימה או להתחייבות אישית עד סופה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ערכי השבוע ושיח עליהם – ניתוח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ערך שבועי אחד (לדוגמה: אחריות) ותארו בקצרה סיטואציה מחיי תלמידים שמבטאת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מעגל סיכום ונפרדים ביום שישי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יום מתקיים מעגל הסיכום ונפרדים משבוע?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יום רביעי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הרכיב הראשון במעגל הסיכום של יום שישי?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רגעים טובים מהשבוע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תכנון השבוע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ברכה ותאריך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בודקים במעגל הסיכום ביחס לתחילת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 מד מצב הרוח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 כרטיס המטרה שנקבע בתחילת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את התאריך העברי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מעגל סיכום ונפרדים ביום שישי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מעגל הסיכום כולל סבב תודה ושרשרת מחמאות בין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בבית ספר ממלכתי־דתי אפשר להוסיף למעגל הסיכום קבלת שבת עם נרות וברכה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מעגל סיכום ונפרדים ביום שישי – חיבור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בשרשרת ה__________ התלמידים אומרים זה לזה מילה טובה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בתחילת מעגל הסיכום משתפים __________ טובים שקרו במהלך השבוע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מעגל סיכום ונפרדים ביום שישי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רגעים טובים מהשבוע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בחינה האם המטרה שנקבעה בתחילת השבוע הושגה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בדיקת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שיתוף בחוויה חיובית שקרתה במהלך השבוע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סבב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סיכום אישי של למידה מהשבוע שעבר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מה למדתי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הבעת הכרת תודה כלפי אחרים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זמן יהודי: פרשת שבוע ולוח השנה העברי – היכרות עם המבנה והנתונים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יום בשבוע מתקיים מעגל הפתיחה הכולל התייחסות לפרשת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יום חמישי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מופיע במצגת הפתיחה של ממלכתי־דתי בנוסף לערך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רגע של פרשת השבוע ו'מילים מהפרשה לחיים'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מבחן על הפרשה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שיעור תלמוד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ערכים שבועיים מלווים את מצגות השנה כולה?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זמן יהודי: פרשת שבוע ולוח השנה העברי – התאמת ערך לפרשת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היכרות ושייכות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לך לך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וירא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בראשית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נצבים–וילך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זמן יהודי: פרשת שבוע ולוח השנה העברי – חשיבה והעמקה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רפלקציה אישית: מצב רוח, מטרות ונשימה – היכרות עם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 מצב הרוח במעגל הפתיחה של יום ראשון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אנונימי, באימוג'ים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עם שם התלמיד במפורש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ציון מספרי שמוצג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כרטיס המטרה האישית נקבע באיזה מעגל?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מעגל הפתיחה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מעגל הסיכום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בחגים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רפלקציה אישית: מצב רוח, מטרות ונשימה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בדיקת המטרה שנקבעה בתחילת השבוע מתבצעת במעגל הסיכום ביום שישי.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דקת הנשימה והתנועה מופיעה רק במעגל הסיכום של יום שישי.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רפלקציה אישית: מצב רוח, מטרות ונשימה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מד מצב הרוח נועד לאפשר לתלמידים לשתף את __________ שלהם בלי לחשוף את זהותם.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במעגל הסיכום, לפני סבב התודה, בודקים אם הושגה ה__________ שנקבעה בתחילת השבוע.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רפלקציה אישית: מצב רוח, מטרות ונשימה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מד מצב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יעד אישי לשבוע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כרטיס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שיתוף אנונימי של הרגשה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דקת נשימה ותנועה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הערכה הדדית בין 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סבב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תרגול גוף ונשימה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שאלות סגורות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מתקיים מעגל הפתיחה השבועי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ביום חמישי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מטרת מד מצב הרוח בפתיחת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לבדוק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לשתף באופן אנונימי איך מרגישים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להחליט על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כולל מעגל הסיכום ביום שישי שאינו קיים במעגל הפתיחה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ערך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סבב תודה וחשיבה על רגעים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חידה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כיצד מעגל הפתיחה ומעגל הסיכום משלימים זה את זה לאורך השבוע, והתייחסו גם לערך השבועי וגם למטרה האישית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בחרו ערך שבועי אחד (לדוגמה סבלנות, אחריות או חברות) והסבירו איך אפשר לבטא אותו הן במעגל הפתיחה והן במעגל הסיכום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תארו במילים שלכם מה ההבדל בין מטרת מעגל הפתיחה למטרת מעגל הסיכום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בחרו ערך שבועי אחד והסבירו איך הוא בא לידי ביטוי בסיפור הנלווה אליו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פותחים שבוע · נפרדים משבוע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